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46A3C" w14:textId="77777777" w:rsidR="00783183" w:rsidRDefault="00000000">
      <w:pPr>
        <w:spacing w:after="80"/>
        <w:jc w:val="center"/>
      </w:pPr>
      <w:r>
        <w:rPr>
          <w:b/>
          <w:sz w:val="36"/>
        </w:rPr>
        <w:t>TRAPANI, LA CITTÀ GENERATA DAL MARE</w:t>
      </w:r>
    </w:p>
    <w:p w14:paraId="30DC7F67" w14:textId="77777777" w:rsidR="00783183" w:rsidRDefault="00000000">
      <w:pPr>
        <w:spacing w:after="80"/>
        <w:jc w:val="center"/>
      </w:pPr>
      <w:r>
        <w:rPr>
          <w:b/>
          <w:sz w:val="26"/>
        </w:rPr>
        <w:t>Candidatura a Capitale italiana del Mare 2027</w:t>
      </w:r>
    </w:p>
    <w:p w14:paraId="161052C9" w14:textId="77777777" w:rsidR="00783183" w:rsidRDefault="00000000">
      <w:pPr>
        <w:jc w:val="center"/>
      </w:pPr>
      <w:r>
        <w:rPr>
          <w:b/>
          <w:i/>
          <w:sz w:val="24"/>
        </w:rPr>
        <w:t>SCHEDA DI ADESIONE E CONTRIBUTO PROGETTUALE</w:t>
      </w:r>
    </w:p>
    <w:p w14:paraId="0B449D9F" w14:textId="77777777" w:rsidR="00783183" w:rsidRDefault="00000000" w:rsidP="0083604B">
      <w:pPr>
        <w:spacing w:after="120"/>
        <w:jc w:val="both"/>
      </w:pPr>
      <w:r>
        <w:t>Il presente documento è rivolto agli Enti, alle Istituzioni, alle Associazioni, alle organizzazioni e agli altri soggetti interessati a contribuire alla costruzione partecipata della candidatura della Città di Trapani al titolo di Capitale italiana del Mare 2027.</w:t>
      </w:r>
    </w:p>
    <w:p w14:paraId="625FA3DE" w14:textId="77777777" w:rsidR="00783183" w:rsidRDefault="00000000" w:rsidP="0083604B">
      <w:pPr>
        <w:spacing w:after="120"/>
        <w:jc w:val="both"/>
      </w:pPr>
      <w:r>
        <w:t>La scheda consente di formalizzare l'adesione al percorso e, contestualmente, di proporre idee, iniziative, eventi o progettualità coerenti con il concept “Trapani, la città generata dal mare” e con le strategie della candidatura.</w:t>
      </w:r>
    </w:p>
    <w:p w14:paraId="0A1E63F4" w14:textId="77777777" w:rsidR="00783183" w:rsidRDefault="00000000">
      <w:pPr>
        <w:spacing w:before="200" w:after="100"/>
      </w:pPr>
      <w:r>
        <w:rPr>
          <w:b/>
          <w:sz w:val="24"/>
        </w:rPr>
        <w:t>A. SOGGETTO PROPONENTE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350"/>
        <w:gridCol w:w="5386"/>
      </w:tblGrid>
      <w:tr w:rsidR="00783183" w14:paraId="0A1E062E" w14:textId="77777777">
        <w:trPr>
          <w:jc w:val="center"/>
        </w:trPr>
        <w:tc>
          <w:tcPr>
            <w:tcW w:w="4873" w:type="dxa"/>
          </w:tcPr>
          <w:p w14:paraId="4AED351F" w14:textId="77777777" w:rsidR="00783183" w:rsidRDefault="00000000">
            <w:r>
              <w:rPr>
                <w:b/>
              </w:rPr>
              <w:t>Denominazione Ente/Associazione/Organizzazione</w:t>
            </w:r>
          </w:p>
        </w:tc>
        <w:tc>
          <w:tcPr>
            <w:tcW w:w="4873" w:type="dxa"/>
          </w:tcPr>
          <w:p w14:paraId="091BC9EC" w14:textId="77777777" w:rsidR="00783183" w:rsidRDefault="00000000">
            <w:r>
              <w:t>_______________________________________________</w:t>
            </w:r>
          </w:p>
        </w:tc>
      </w:tr>
      <w:tr w:rsidR="00783183" w14:paraId="1ED4CF44" w14:textId="77777777">
        <w:trPr>
          <w:jc w:val="center"/>
        </w:trPr>
        <w:tc>
          <w:tcPr>
            <w:tcW w:w="4873" w:type="dxa"/>
          </w:tcPr>
          <w:p w14:paraId="3CDFC2F7" w14:textId="77777777" w:rsidR="00783183" w:rsidRDefault="00000000">
            <w:r>
              <w:rPr>
                <w:b/>
              </w:rPr>
              <w:t>Sede</w:t>
            </w:r>
          </w:p>
        </w:tc>
        <w:tc>
          <w:tcPr>
            <w:tcW w:w="4873" w:type="dxa"/>
          </w:tcPr>
          <w:p w14:paraId="6F4756AB" w14:textId="77777777" w:rsidR="00783183" w:rsidRDefault="00000000">
            <w:r>
              <w:t>_______________________________________________</w:t>
            </w:r>
          </w:p>
        </w:tc>
      </w:tr>
      <w:tr w:rsidR="00783183" w14:paraId="26114640" w14:textId="77777777">
        <w:trPr>
          <w:jc w:val="center"/>
        </w:trPr>
        <w:tc>
          <w:tcPr>
            <w:tcW w:w="4873" w:type="dxa"/>
          </w:tcPr>
          <w:p w14:paraId="652021F7" w14:textId="77777777" w:rsidR="00783183" w:rsidRDefault="00000000">
            <w:r>
              <w:rPr>
                <w:b/>
              </w:rPr>
              <w:t>Codice fiscale / P. IVA</w:t>
            </w:r>
          </w:p>
        </w:tc>
        <w:tc>
          <w:tcPr>
            <w:tcW w:w="4873" w:type="dxa"/>
          </w:tcPr>
          <w:p w14:paraId="1CC3FEC3" w14:textId="77777777" w:rsidR="00783183" w:rsidRDefault="00000000">
            <w:r>
              <w:t>_______________________________________________</w:t>
            </w:r>
          </w:p>
        </w:tc>
      </w:tr>
      <w:tr w:rsidR="00783183" w14:paraId="35E0D532" w14:textId="77777777">
        <w:trPr>
          <w:jc w:val="center"/>
        </w:trPr>
        <w:tc>
          <w:tcPr>
            <w:tcW w:w="4873" w:type="dxa"/>
          </w:tcPr>
          <w:p w14:paraId="7FC0BCB2" w14:textId="77777777" w:rsidR="00783183" w:rsidRDefault="00000000">
            <w:r>
              <w:rPr>
                <w:b/>
              </w:rPr>
              <w:t>Legale rappresentante / Presidente</w:t>
            </w:r>
          </w:p>
        </w:tc>
        <w:tc>
          <w:tcPr>
            <w:tcW w:w="4873" w:type="dxa"/>
          </w:tcPr>
          <w:p w14:paraId="2013E264" w14:textId="77777777" w:rsidR="00783183" w:rsidRDefault="00000000">
            <w:r>
              <w:t>_______________________________________________</w:t>
            </w:r>
          </w:p>
        </w:tc>
      </w:tr>
      <w:tr w:rsidR="00783183" w14:paraId="7353BB71" w14:textId="77777777">
        <w:trPr>
          <w:jc w:val="center"/>
        </w:trPr>
        <w:tc>
          <w:tcPr>
            <w:tcW w:w="4873" w:type="dxa"/>
          </w:tcPr>
          <w:p w14:paraId="0D5FA1DB" w14:textId="77777777" w:rsidR="00783183" w:rsidRDefault="00000000">
            <w:r>
              <w:rPr>
                <w:b/>
              </w:rPr>
              <w:t>Ruolo / qualifica</w:t>
            </w:r>
          </w:p>
        </w:tc>
        <w:tc>
          <w:tcPr>
            <w:tcW w:w="4873" w:type="dxa"/>
          </w:tcPr>
          <w:p w14:paraId="28D0F500" w14:textId="77777777" w:rsidR="00783183" w:rsidRDefault="00000000">
            <w:r>
              <w:t>_______________________________________________</w:t>
            </w:r>
          </w:p>
        </w:tc>
      </w:tr>
      <w:tr w:rsidR="00783183" w14:paraId="271914CA" w14:textId="77777777">
        <w:trPr>
          <w:jc w:val="center"/>
        </w:trPr>
        <w:tc>
          <w:tcPr>
            <w:tcW w:w="4873" w:type="dxa"/>
          </w:tcPr>
          <w:p w14:paraId="6E4AD1F6" w14:textId="77777777" w:rsidR="00783183" w:rsidRDefault="00000000">
            <w:r>
              <w:rPr>
                <w:b/>
              </w:rPr>
              <w:t>Referente operativo per Trapani 2027</w:t>
            </w:r>
          </w:p>
        </w:tc>
        <w:tc>
          <w:tcPr>
            <w:tcW w:w="4873" w:type="dxa"/>
          </w:tcPr>
          <w:p w14:paraId="4765CA92" w14:textId="77777777" w:rsidR="00783183" w:rsidRDefault="00000000">
            <w:r>
              <w:t>_______________________________________________</w:t>
            </w:r>
          </w:p>
        </w:tc>
      </w:tr>
      <w:tr w:rsidR="00783183" w14:paraId="2D7BBE19" w14:textId="77777777">
        <w:trPr>
          <w:jc w:val="center"/>
        </w:trPr>
        <w:tc>
          <w:tcPr>
            <w:tcW w:w="4873" w:type="dxa"/>
          </w:tcPr>
          <w:p w14:paraId="083F4362" w14:textId="77777777" w:rsidR="00783183" w:rsidRDefault="00000000">
            <w:r>
              <w:rPr>
                <w:b/>
              </w:rPr>
              <w:t>E-mail</w:t>
            </w:r>
          </w:p>
        </w:tc>
        <w:tc>
          <w:tcPr>
            <w:tcW w:w="4873" w:type="dxa"/>
          </w:tcPr>
          <w:p w14:paraId="7E08AA57" w14:textId="77777777" w:rsidR="00783183" w:rsidRDefault="00000000">
            <w:r>
              <w:t>_______________________________________________</w:t>
            </w:r>
          </w:p>
        </w:tc>
      </w:tr>
      <w:tr w:rsidR="00783183" w14:paraId="44E199B0" w14:textId="77777777">
        <w:trPr>
          <w:jc w:val="center"/>
        </w:trPr>
        <w:tc>
          <w:tcPr>
            <w:tcW w:w="4873" w:type="dxa"/>
          </w:tcPr>
          <w:p w14:paraId="7F388D89" w14:textId="77777777" w:rsidR="00783183" w:rsidRDefault="00000000">
            <w:r>
              <w:rPr>
                <w:b/>
              </w:rPr>
              <w:t>Telefono</w:t>
            </w:r>
          </w:p>
        </w:tc>
        <w:tc>
          <w:tcPr>
            <w:tcW w:w="4873" w:type="dxa"/>
          </w:tcPr>
          <w:p w14:paraId="379AB369" w14:textId="77777777" w:rsidR="00783183" w:rsidRDefault="00000000">
            <w:r>
              <w:t>_______________________________________________</w:t>
            </w:r>
          </w:p>
        </w:tc>
      </w:tr>
    </w:tbl>
    <w:p w14:paraId="1DD1C6E9" w14:textId="77777777" w:rsidR="00783183" w:rsidRDefault="00000000">
      <w:pPr>
        <w:spacing w:before="200" w:after="100"/>
      </w:pPr>
      <w:r>
        <w:rPr>
          <w:b/>
          <w:sz w:val="24"/>
        </w:rPr>
        <w:t>B. MANIFESTAZIONE DI ADESIONE</w:t>
      </w:r>
    </w:p>
    <w:p w14:paraId="13C8A78C" w14:textId="77777777" w:rsidR="00783183" w:rsidRDefault="00000000" w:rsidP="0083604B">
      <w:pPr>
        <w:spacing w:after="120"/>
        <w:jc w:val="both"/>
      </w:pPr>
      <w:r>
        <w:t>Il/La sottoscritto/a ________________________________________________, in qualità di Legale rappresentante / Presidente del soggetto sopra indicato,</w:t>
      </w:r>
    </w:p>
    <w:p w14:paraId="13D0639A" w14:textId="77777777" w:rsidR="00783183" w:rsidRDefault="00000000" w:rsidP="0083604B">
      <w:pPr>
        <w:spacing w:after="120"/>
        <w:jc w:val="center"/>
      </w:pPr>
      <w:r>
        <w:rPr>
          <w:b/>
        </w:rPr>
        <w:t>DICHIARA</w:t>
      </w:r>
    </w:p>
    <w:p w14:paraId="3C89D832" w14:textId="77777777" w:rsidR="00783183" w:rsidRDefault="00000000" w:rsidP="0083604B">
      <w:pPr>
        <w:spacing w:after="120"/>
        <w:jc w:val="both"/>
      </w:pPr>
      <w:r>
        <w:t>di condividere le finalità generali del percorso promosso dal Comune di Trapani per la candidatura al titolo di Capitale italiana del Mare 2027 e di manifestare il proprio interesse a partecipare alla costruzione condivisa del progetto “Trapani, la città generata dal mare”.</w:t>
      </w:r>
    </w:p>
    <w:p w14:paraId="0F37DA6C" w14:textId="77777777" w:rsidR="00783183" w:rsidRDefault="00000000" w:rsidP="0083604B">
      <w:pPr>
        <w:spacing w:after="120"/>
        <w:jc w:val="both"/>
      </w:pPr>
      <w:r>
        <w:t>Il soggetto aderente si rende disponibile a contribuire, secondo le proprie competenze e possibilità, alle attività di confronto e coprogettazione che saranno avviate nell'ambito del percorso di candidatura.</w:t>
      </w:r>
    </w:p>
    <w:p w14:paraId="6CC3160E" w14:textId="77777777" w:rsidR="00783183" w:rsidRDefault="00000000">
      <w:pPr>
        <w:spacing w:after="120"/>
      </w:pPr>
      <w:r>
        <w:t>Luogo e data ______________________________</w:t>
      </w:r>
    </w:p>
    <w:p w14:paraId="13321977" w14:textId="77777777" w:rsidR="00783183" w:rsidRDefault="00000000" w:rsidP="0083604B">
      <w:pPr>
        <w:spacing w:after="120"/>
        <w:ind w:left="4678"/>
        <w:jc w:val="center"/>
      </w:pPr>
      <w:proofErr w:type="spellStart"/>
      <w:r>
        <w:t>Firma</w:t>
      </w:r>
      <w:proofErr w:type="spellEnd"/>
      <w:r>
        <w:t xml:space="preserve"> del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rappresentante</w:t>
      </w:r>
      <w:proofErr w:type="spellEnd"/>
      <w:r>
        <w:t xml:space="preserve"> / Presidente</w:t>
      </w:r>
      <w:r>
        <w:br/>
      </w:r>
      <w:r>
        <w:br/>
        <w:t>________________________________</w:t>
      </w:r>
    </w:p>
    <w:p w14:paraId="04079FCF" w14:textId="77777777" w:rsidR="00783183" w:rsidRDefault="00000000">
      <w:pPr>
        <w:spacing w:before="200" w:after="100"/>
      </w:pPr>
      <w:r>
        <w:rPr>
          <w:b/>
          <w:sz w:val="24"/>
        </w:rPr>
        <w:t>C. AMBITI DI INTERESSE E POSSIBILE CONTRIBUTO</w:t>
      </w:r>
    </w:p>
    <w:p w14:paraId="338A76CE" w14:textId="77777777" w:rsidR="00783183" w:rsidRDefault="00000000">
      <w:pPr>
        <w:spacing w:after="120"/>
      </w:pPr>
      <w:r>
        <w:t>Indicare uno o più ambiti nei quali il soggetto intende offrire il proprio contributo:</w:t>
      </w:r>
    </w:p>
    <w:p w14:paraId="61FC95ED" w14:textId="77777777" w:rsidR="00783183" w:rsidRDefault="00000000">
      <w:pPr>
        <w:spacing w:after="120"/>
      </w:pPr>
      <w:r>
        <w:t>☐ Cultura e patrimonio marittimo</w:t>
      </w:r>
    </w:p>
    <w:p w14:paraId="32107DD0" w14:textId="77777777" w:rsidR="00783183" w:rsidRDefault="00000000">
      <w:pPr>
        <w:spacing w:after="120"/>
      </w:pPr>
      <w:r>
        <w:t>☐ Ambiente, biodiversità ed ecosistemi</w:t>
      </w:r>
    </w:p>
    <w:p w14:paraId="3DB770CD" w14:textId="77777777" w:rsidR="00783183" w:rsidRDefault="00000000">
      <w:pPr>
        <w:spacing w:after="120"/>
      </w:pPr>
      <w:r>
        <w:t>☐ Ricerca e innovazione</w:t>
      </w:r>
    </w:p>
    <w:p w14:paraId="416F32F4" w14:textId="77777777" w:rsidR="00783183" w:rsidRDefault="00000000">
      <w:pPr>
        <w:spacing w:after="120"/>
      </w:pPr>
      <w:r>
        <w:t>☐ Pesca e blue economy</w:t>
      </w:r>
    </w:p>
    <w:p w14:paraId="6202833F" w14:textId="77777777" w:rsidR="00783183" w:rsidRDefault="00000000">
      <w:pPr>
        <w:spacing w:after="120"/>
      </w:pPr>
      <w:r>
        <w:lastRenderedPageBreak/>
        <w:t>☐ Porto, nautica e mobilità marittima</w:t>
      </w:r>
    </w:p>
    <w:p w14:paraId="1571E21A" w14:textId="77777777" w:rsidR="00783183" w:rsidRDefault="00000000">
      <w:pPr>
        <w:spacing w:after="120"/>
      </w:pPr>
      <w:r>
        <w:t>☐ Turismo e promozione territoriale</w:t>
      </w:r>
    </w:p>
    <w:p w14:paraId="4CFBCD98" w14:textId="77777777" w:rsidR="00783183" w:rsidRDefault="00000000">
      <w:pPr>
        <w:spacing w:after="120"/>
      </w:pPr>
      <w:r>
        <w:t>☐ Sport e attività veliche</w:t>
      </w:r>
    </w:p>
    <w:p w14:paraId="730B2B5D" w14:textId="77777777" w:rsidR="00783183" w:rsidRDefault="00000000">
      <w:pPr>
        <w:spacing w:after="120"/>
      </w:pPr>
      <w:r>
        <w:t>☐ Scuola, formazione e giovani</w:t>
      </w:r>
    </w:p>
    <w:p w14:paraId="0E8B8540" w14:textId="77777777" w:rsidR="00783183" w:rsidRDefault="00000000">
      <w:pPr>
        <w:spacing w:after="120"/>
      </w:pPr>
      <w:r>
        <w:t>☐ Accessibilità e inclusione</w:t>
      </w:r>
    </w:p>
    <w:p w14:paraId="1983A279" w14:textId="77777777" w:rsidR="00783183" w:rsidRDefault="00000000">
      <w:pPr>
        <w:spacing w:after="120"/>
      </w:pPr>
      <w:r>
        <w:t>☐ Comunicazione e divulgazione</w:t>
      </w:r>
    </w:p>
    <w:p w14:paraId="69FCB49A" w14:textId="77777777" w:rsidR="00783183" w:rsidRDefault="00000000">
      <w:pPr>
        <w:spacing w:after="120"/>
      </w:pPr>
      <w:r>
        <w:t>☐ Altro: __________________________________________</w:t>
      </w:r>
    </w:p>
    <w:p w14:paraId="1EA95E13" w14:textId="77777777" w:rsidR="00783183" w:rsidRDefault="00000000">
      <w:pPr>
        <w:spacing w:before="200" w:after="100"/>
      </w:pPr>
      <w:r>
        <w:rPr>
          <w:b/>
          <w:sz w:val="24"/>
        </w:rPr>
        <w:t>D. PROPOSTA / IDEA PROGETTUALE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350"/>
        <w:gridCol w:w="5386"/>
      </w:tblGrid>
      <w:tr w:rsidR="00783183" w14:paraId="28EF3DC8" w14:textId="77777777">
        <w:trPr>
          <w:jc w:val="center"/>
        </w:trPr>
        <w:tc>
          <w:tcPr>
            <w:tcW w:w="4873" w:type="dxa"/>
          </w:tcPr>
          <w:p w14:paraId="628AC87B" w14:textId="77777777" w:rsidR="00783183" w:rsidRDefault="00000000">
            <w:r>
              <w:rPr>
                <w:b/>
              </w:rPr>
              <w:t>Titolo della proposta</w:t>
            </w:r>
          </w:p>
        </w:tc>
        <w:tc>
          <w:tcPr>
            <w:tcW w:w="4873" w:type="dxa"/>
          </w:tcPr>
          <w:p w14:paraId="0139FEC3" w14:textId="77777777" w:rsidR="00783183" w:rsidRDefault="00000000">
            <w:r>
              <w:t>_______________________________________________</w:t>
            </w:r>
            <w:r>
              <w:br/>
              <w:t>_______________________________________________</w:t>
            </w:r>
          </w:p>
        </w:tc>
      </w:tr>
      <w:tr w:rsidR="00783183" w14:paraId="4140AA64" w14:textId="77777777">
        <w:trPr>
          <w:jc w:val="center"/>
        </w:trPr>
        <w:tc>
          <w:tcPr>
            <w:tcW w:w="4873" w:type="dxa"/>
          </w:tcPr>
          <w:p w14:paraId="7D21EB4F" w14:textId="77777777" w:rsidR="00783183" w:rsidRDefault="00000000">
            <w:r>
              <w:rPr>
                <w:b/>
              </w:rPr>
              <w:t>Strategia di riferimento</w:t>
            </w:r>
          </w:p>
        </w:tc>
        <w:tc>
          <w:tcPr>
            <w:tcW w:w="4873" w:type="dxa"/>
          </w:tcPr>
          <w:p w14:paraId="194D303F" w14:textId="77777777" w:rsidR="00783183" w:rsidRDefault="00000000">
            <w:r>
              <w:t>☐ IL MARE APPRODA</w:t>
            </w:r>
            <w:r>
              <w:br/>
              <w:t>☐ IL MARE PRODUCE</w:t>
            </w:r>
            <w:r>
              <w:br/>
              <w:t>☐ IL MARE GENERA</w:t>
            </w:r>
            <w:r>
              <w:br/>
              <w:t>☐ IL MARE UNISCE</w:t>
            </w:r>
            <w:r>
              <w:br/>
              <w:t>☐ IL MARE SEMINA</w:t>
            </w:r>
          </w:p>
        </w:tc>
      </w:tr>
      <w:tr w:rsidR="00783183" w14:paraId="7EA3E507" w14:textId="77777777">
        <w:trPr>
          <w:jc w:val="center"/>
        </w:trPr>
        <w:tc>
          <w:tcPr>
            <w:tcW w:w="4873" w:type="dxa"/>
          </w:tcPr>
          <w:p w14:paraId="68D59F6F" w14:textId="77777777" w:rsidR="00783183" w:rsidRDefault="00000000">
            <w:r>
              <w:rPr>
                <w:b/>
              </w:rPr>
              <w:t>Descrizione sintetica</w:t>
            </w:r>
          </w:p>
        </w:tc>
        <w:tc>
          <w:tcPr>
            <w:tcW w:w="4873" w:type="dxa"/>
          </w:tcPr>
          <w:p w14:paraId="66524EBF" w14:textId="77777777" w:rsidR="00783183" w:rsidRDefault="00000000">
            <w:r>
              <w:t>_______________________________________________</w:t>
            </w:r>
            <w:r>
              <w:br/>
              <w:t>_______________________________________________</w:t>
            </w:r>
            <w:r>
              <w:br/>
              <w:t>_______________________________________________</w:t>
            </w:r>
            <w:r>
              <w:br/>
              <w:t>_______________________________________________</w:t>
            </w:r>
          </w:p>
        </w:tc>
      </w:tr>
      <w:tr w:rsidR="00783183" w14:paraId="0DD5A2B0" w14:textId="77777777">
        <w:trPr>
          <w:jc w:val="center"/>
        </w:trPr>
        <w:tc>
          <w:tcPr>
            <w:tcW w:w="4873" w:type="dxa"/>
          </w:tcPr>
          <w:p w14:paraId="7096301B" w14:textId="77777777" w:rsidR="00783183" w:rsidRDefault="00000000">
            <w:r>
              <w:rPr>
                <w:b/>
              </w:rPr>
              <w:t>Obiettivi</w:t>
            </w:r>
          </w:p>
        </w:tc>
        <w:tc>
          <w:tcPr>
            <w:tcW w:w="4873" w:type="dxa"/>
          </w:tcPr>
          <w:p w14:paraId="4CC071AC" w14:textId="77777777" w:rsidR="00783183" w:rsidRDefault="00000000">
            <w:r>
              <w:t>_______________________________________________</w:t>
            </w:r>
            <w:r>
              <w:br/>
              <w:t>_______________________________________________</w:t>
            </w:r>
          </w:p>
        </w:tc>
      </w:tr>
      <w:tr w:rsidR="00783183" w14:paraId="75D6F96D" w14:textId="77777777">
        <w:trPr>
          <w:jc w:val="center"/>
        </w:trPr>
        <w:tc>
          <w:tcPr>
            <w:tcW w:w="4873" w:type="dxa"/>
          </w:tcPr>
          <w:p w14:paraId="57CEED30" w14:textId="77777777" w:rsidR="00783183" w:rsidRDefault="00000000">
            <w:r>
              <w:rPr>
                <w:b/>
              </w:rPr>
              <w:t>Destinatari</w:t>
            </w:r>
          </w:p>
        </w:tc>
        <w:tc>
          <w:tcPr>
            <w:tcW w:w="4873" w:type="dxa"/>
          </w:tcPr>
          <w:p w14:paraId="386E2D92" w14:textId="77777777" w:rsidR="00783183" w:rsidRDefault="00000000">
            <w:r>
              <w:t>_______________________________________________</w:t>
            </w:r>
          </w:p>
        </w:tc>
      </w:tr>
      <w:tr w:rsidR="00783183" w14:paraId="0D23AF4B" w14:textId="77777777">
        <w:trPr>
          <w:jc w:val="center"/>
        </w:trPr>
        <w:tc>
          <w:tcPr>
            <w:tcW w:w="4873" w:type="dxa"/>
          </w:tcPr>
          <w:p w14:paraId="532BBE10" w14:textId="77777777" w:rsidR="00783183" w:rsidRDefault="00000000">
            <w:r>
              <w:rPr>
                <w:b/>
              </w:rPr>
              <w:t>Periodo di possibile realizzazione</w:t>
            </w:r>
          </w:p>
        </w:tc>
        <w:tc>
          <w:tcPr>
            <w:tcW w:w="4873" w:type="dxa"/>
          </w:tcPr>
          <w:p w14:paraId="50274234" w14:textId="77777777" w:rsidR="00783183" w:rsidRDefault="00000000">
            <w:r>
              <w:t>_______________________________________________</w:t>
            </w:r>
          </w:p>
        </w:tc>
      </w:tr>
      <w:tr w:rsidR="00783183" w14:paraId="5CE3AA10" w14:textId="77777777">
        <w:trPr>
          <w:jc w:val="center"/>
        </w:trPr>
        <w:tc>
          <w:tcPr>
            <w:tcW w:w="4873" w:type="dxa"/>
          </w:tcPr>
          <w:p w14:paraId="2D088107" w14:textId="77777777" w:rsidR="00783183" w:rsidRDefault="00000000">
            <w:r>
              <w:rPr>
                <w:b/>
              </w:rPr>
              <w:t>Luogo/i coinvolto/i</w:t>
            </w:r>
          </w:p>
        </w:tc>
        <w:tc>
          <w:tcPr>
            <w:tcW w:w="4873" w:type="dxa"/>
          </w:tcPr>
          <w:p w14:paraId="3A4AA689" w14:textId="77777777" w:rsidR="00783183" w:rsidRDefault="00000000">
            <w:r>
              <w:t>_______________________________________________</w:t>
            </w:r>
          </w:p>
        </w:tc>
      </w:tr>
      <w:tr w:rsidR="00783183" w14:paraId="21565AA5" w14:textId="77777777">
        <w:trPr>
          <w:jc w:val="center"/>
        </w:trPr>
        <w:tc>
          <w:tcPr>
            <w:tcW w:w="4873" w:type="dxa"/>
          </w:tcPr>
          <w:p w14:paraId="25000EEA" w14:textId="77777777" w:rsidR="00783183" w:rsidRDefault="00000000">
            <w:r>
              <w:rPr>
                <w:b/>
              </w:rPr>
              <w:t>Partner eventualmente coinvolgibili</w:t>
            </w:r>
          </w:p>
        </w:tc>
        <w:tc>
          <w:tcPr>
            <w:tcW w:w="4873" w:type="dxa"/>
          </w:tcPr>
          <w:p w14:paraId="0E48FE74" w14:textId="77777777" w:rsidR="00783183" w:rsidRDefault="00000000">
            <w:r>
              <w:t>_______________________________________________</w:t>
            </w:r>
            <w:r>
              <w:br/>
              <w:t>_______________________________________________</w:t>
            </w:r>
          </w:p>
        </w:tc>
      </w:tr>
      <w:tr w:rsidR="00783183" w14:paraId="34CA630D" w14:textId="77777777">
        <w:trPr>
          <w:jc w:val="center"/>
        </w:trPr>
        <w:tc>
          <w:tcPr>
            <w:tcW w:w="4873" w:type="dxa"/>
          </w:tcPr>
          <w:p w14:paraId="08E02FC1" w14:textId="77777777" w:rsidR="00783183" w:rsidRDefault="00000000">
            <w:r>
              <w:rPr>
                <w:b/>
              </w:rPr>
              <w:t>Risultati attesi</w:t>
            </w:r>
          </w:p>
        </w:tc>
        <w:tc>
          <w:tcPr>
            <w:tcW w:w="4873" w:type="dxa"/>
          </w:tcPr>
          <w:p w14:paraId="1B94C15A" w14:textId="77777777" w:rsidR="00783183" w:rsidRDefault="00000000">
            <w:r>
              <w:t>_______________________________________________</w:t>
            </w:r>
            <w:r>
              <w:br/>
              <w:t>_______________________________________________</w:t>
            </w:r>
          </w:p>
        </w:tc>
      </w:tr>
    </w:tbl>
    <w:p w14:paraId="257B5050" w14:textId="77777777" w:rsidR="00783183" w:rsidRDefault="00000000">
      <w:pPr>
        <w:spacing w:before="200" w:after="100"/>
      </w:pPr>
      <w:r>
        <w:rPr>
          <w:b/>
          <w:sz w:val="24"/>
        </w:rPr>
        <w:t>G. NOTE E ULTERIORI CONTRIBUTI</w:t>
      </w:r>
    </w:p>
    <w:p w14:paraId="06C4C4D0" w14:textId="77777777" w:rsidR="00783183" w:rsidRDefault="00000000">
      <w:pPr>
        <w:spacing w:after="120"/>
      </w:pPr>
      <w:r>
        <w:t>Spazio libero per osservazioni, proposte di collaborazione, suggerimenti o ulteriori elementi utili alla costruzione della candidatura.</w:t>
      </w:r>
    </w:p>
    <w:p w14:paraId="45BF186F" w14:textId="15A25BFB" w:rsidR="00783183" w:rsidRDefault="00000000">
      <w:pPr>
        <w:spacing w:after="120"/>
      </w:pPr>
      <w:r>
        <w:t>________________________________________________________________________________</w:t>
      </w:r>
      <w:r>
        <w:br/>
        <w:t>________________________________________________________________________________</w:t>
      </w:r>
      <w:r>
        <w:br/>
        <w:t>________________________________________________________________________________</w:t>
      </w:r>
      <w:r>
        <w:br/>
        <w:t>________________________________________________________________________________</w:t>
      </w:r>
      <w:r>
        <w:br/>
        <w:t>_______________________________________________________________________________</w:t>
      </w:r>
    </w:p>
    <w:p w14:paraId="41B15DF9" w14:textId="77777777" w:rsidR="0083604B" w:rsidRDefault="0083604B" w:rsidP="0083604B">
      <w:pPr>
        <w:spacing w:after="0"/>
        <w:rPr>
          <w:b/>
          <w:sz w:val="20"/>
          <w:szCs w:val="20"/>
        </w:rPr>
      </w:pPr>
    </w:p>
    <w:p w14:paraId="4F192EFE" w14:textId="0F143057" w:rsidR="00783183" w:rsidRPr="00FD1A75" w:rsidRDefault="00000000" w:rsidP="0083604B">
      <w:pPr>
        <w:spacing w:after="0"/>
        <w:rPr>
          <w:bCs/>
          <w:sz w:val="20"/>
          <w:szCs w:val="20"/>
        </w:rPr>
      </w:pPr>
      <w:r w:rsidRPr="0083604B">
        <w:rPr>
          <w:b/>
          <w:sz w:val="20"/>
          <w:szCs w:val="20"/>
        </w:rPr>
        <w:t>MODALITÀ DI TRASMISSIONE</w:t>
      </w:r>
      <w:r w:rsidR="00FD1A75">
        <w:rPr>
          <w:b/>
          <w:sz w:val="20"/>
          <w:szCs w:val="20"/>
        </w:rPr>
        <w:t xml:space="preserve"> </w:t>
      </w:r>
      <w:r w:rsidR="00FD1A75" w:rsidRPr="00FD1A75">
        <w:rPr>
          <w:bCs/>
          <w:sz w:val="20"/>
          <w:szCs w:val="20"/>
        </w:rPr>
        <w:t xml:space="preserve">(da </w:t>
      </w:r>
      <w:proofErr w:type="spellStart"/>
      <w:r w:rsidR="00FD1A75" w:rsidRPr="00FD1A75">
        <w:rPr>
          <w:bCs/>
          <w:sz w:val="20"/>
          <w:szCs w:val="20"/>
        </w:rPr>
        <w:t>eliminare</w:t>
      </w:r>
      <w:proofErr w:type="spellEnd"/>
      <w:r w:rsidR="00FD1A75" w:rsidRPr="00FD1A75">
        <w:rPr>
          <w:bCs/>
          <w:sz w:val="20"/>
          <w:szCs w:val="20"/>
        </w:rPr>
        <w:t xml:space="preserve"> </w:t>
      </w:r>
      <w:proofErr w:type="spellStart"/>
      <w:r w:rsidR="00FD1A75" w:rsidRPr="00FD1A75">
        <w:rPr>
          <w:bCs/>
          <w:sz w:val="20"/>
          <w:szCs w:val="20"/>
        </w:rPr>
        <w:t>nel</w:t>
      </w:r>
      <w:proofErr w:type="spellEnd"/>
      <w:r w:rsidR="00FD1A75" w:rsidRPr="00FD1A75">
        <w:rPr>
          <w:bCs/>
          <w:sz w:val="20"/>
          <w:szCs w:val="20"/>
        </w:rPr>
        <w:t xml:space="preserve"> </w:t>
      </w:r>
      <w:proofErr w:type="spellStart"/>
      <w:r w:rsidR="00FD1A75" w:rsidRPr="00FD1A75">
        <w:rPr>
          <w:bCs/>
          <w:sz w:val="20"/>
          <w:szCs w:val="20"/>
        </w:rPr>
        <w:t>documento</w:t>
      </w:r>
      <w:proofErr w:type="spellEnd"/>
      <w:r w:rsidR="00FD1A75" w:rsidRPr="00FD1A75">
        <w:rPr>
          <w:bCs/>
          <w:sz w:val="20"/>
          <w:szCs w:val="20"/>
        </w:rPr>
        <w:t xml:space="preserve"> da </w:t>
      </w:r>
      <w:proofErr w:type="spellStart"/>
      <w:r w:rsidR="00FD1A75" w:rsidRPr="00FD1A75">
        <w:rPr>
          <w:bCs/>
          <w:sz w:val="20"/>
          <w:szCs w:val="20"/>
        </w:rPr>
        <w:t>inviare</w:t>
      </w:r>
      <w:proofErr w:type="spellEnd"/>
      <w:r w:rsidR="00FD1A75" w:rsidRPr="00FD1A75">
        <w:rPr>
          <w:bCs/>
          <w:sz w:val="20"/>
          <w:szCs w:val="20"/>
        </w:rPr>
        <w:t>)</w:t>
      </w:r>
    </w:p>
    <w:p w14:paraId="107CF966" w14:textId="7B9CCC43" w:rsidR="00783183" w:rsidRPr="0083604B" w:rsidRDefault="00000000" w:rsidP="0083604B">
      <w:pPr>
        <w:spacing w:after="0"/>
        <w:rPr>
          <w:sz w:val="20"/>
          <w:szCs w:val="20"/>
        </w:rPr>
      </w:pPr>
      <w:r w:rsidRPr="0083604B">
        <w:rPr>
          <w:sz w:val="20"/>
          <w:szCs w:val="20"/>
        </w:rPr>
        <w:t xml:space="preserve">La presente scheda, debitamente compilata e sottoscritta, dovrà essere trasmessa entro il 14 </w:t>
      </w:r>
      <w:proofErr w:type="spellStart"/>
      <w:r w:rsidRPr="0083604B">
        <w:rPr>
          <w:sz w:val="20"/>
          <w:szCs w:val="20"/>
        </w:rPr>
        <w:t>settembre</w:t>
      </w:r>
      <w:proofErr w:type="spellEnd"/>
      <w:r w:rsidRPr="0083604B">
        <w:rPr>
          <w:sz w:val="20"/>
          <w:szCs w:val="20"/>
        </w:rPr>
        <w:t xml:space="preserve"> 2026 al </w:t>
      </w:r>
      <w:proofErr w:type="spellStart"/>
      <w:r w:rsidRPr="0083604B">
        <w:rPr>
          <w:sz w:val="20"/>
          <w:szCs w:val="20"/>
        </w:rPr>
        <w:t>seguente</w:t>
      </w:r>
      <w:proofErr w:type="spellEnd"/>
      <w:r w:rsidRPr="0083604B">
        <w:rPr>
          <w:sz w:val="20"/>
          <w:szCs w:val="20"/>
        </w:rPr>
        <w:t xml:space="preserve"> </w:t>
      </w:r>
      <w:proofErr w:type="spellStart"/>
      <w:r w:rsidRPr="0083604B">
        <w:rPr>
          <w:sz w:val="20"/>
          <w:szCs w:val="20"/>
        </w:rPr>
        <w:t>indirizzo</w:t>
      </w:r>
      <w:proofErr w:type="spellEnd"/>
      <w:r w:rsidRPr="0083604B">
        <w:rPr>
          <w:sz w:val="20"/>
          <w:szCs w:val="20"/>
        </w:rPr>
        <w:t xml:space="preserve"> PEC</w:t>
      </w:r>
      <w:r w:rsidR="0083604B" w:rsidRPr="0083604B">
        <w:rPr>
          <w:sz w:val="20"/>
          <w:szCs w:val="20"/>
        </w:rPr>
        <w:t xml:space="preserve"> </w:t>
      </w:r>
      <w:r w:rsidRPr="0083604B">
        <w:rPr>
          <w:b/>
          <w:sz w:val="20"/>
          <w:szCs w:val="20"/>
        </w:rPr>
        <w:t>sesto.settore@pec.comune.trapani.it</w:t>
      </w:r>
    </w:p>
    <w:p w14:paraId="2578726E" w14:textId="77777777" w:rsidR="00783183" w:rsidRPr="0083604B" w:rsidRDefault="00000000" w:rsidP="0083604B">
      <w:pPr>
        <w:spacing w:after="0"/>
        <w:rPr>
          <w:sz w:val="20"/>
          <w:szCs w:val="20"/>
        </w:rPr>
      </w:pPr>
      <w:r w:rsidRPr="0083604B">
        <w:rPr>
          <w:sz w:val="20"/>
          <w:szCs w:val="20"/>
        </w:rPr>
        <w:t>Per informazioni e approfondimenti:</w:t>
      </w:r>
    </w:p>
    <w:p w14:paraId="18CABE87" w14:textId="7E5C4400" w:rsidR="00783183" w:rsidRPr="0083604B" w:rsidRDefault="00000000" w:rsidP="0083604B">
      <w:pPr>
        <w:spacing w:after="0"/>
        <w:rPr>
          <w:sz w:val="20"/>
          <w:szCs w:val="20"/>
        </w:rPr>
      </w:pPr>
      <w:r w:rsidRPr="0083604B">
        <w:rPr>
          <w:b/>
          <w:sz w:val="20"/>
          <w:szCs w:val="20"/>
        </w:rPr>
        <w:t>Arch. Gianvito Piccione</w:t>
      </w:r>
      <w:r w:rsidR="0047294B">
        <w:rPr>
          <w:b/>
          <w:sz w:val="20"/>
          <w:szCs w:val="20"/>
        </w:rPr>
        <w:t xml:space="preserve">. </w:t>
      </w:r>
      <w:proofErr w:type="spellStart"/>
      <w:r w:rsidRPr="0083604B">
        <w:rPr>
          <w:sz w:val="20"/>
          <w:szCs w:val="20"/>
        </w:rPr>
        <w:t>Referente</w:t>
      </w:r>
      <w:proofErr w:type="spellEnd"/>
      <w:r w:rsidRPr="0083604B">
        <w:rPr>
          <w:sz w:val="20"/>
          <w:szCs w:val="20"/>
        </w:rPr>
        <w:t xml:space="preserve"> </w:t>
      </w:r>
      <w:proofErr w:type="spellStart"/>
      <w:r w:rsidRPr="0083604B">
        <w:rPr>
          <w:sz w:val="20"/>
          <w:szCs w:val="20"/>
        </w:rPr>
        <w:t>tecnico</w:t>
      </w:r>
      <w:proofErr w:type="spellEnd"/>
      <w:r w:rsidRPr="0083604B">
        <w:rPr>
          <w:sz w:val="20"/>
          <w:szCs w:val="20"/>
        </w:rPr>
        <w:t xml:space="preserve"> della </w:t>
      </w:r>
      <w:r w:rsidR="0047294B">
        <w:rPr>
          <w:sz w:val="20"/>
          <w:szCs w:val="20"/>
        </w:rPr>
        <w:t xml:space="preserve">candidature del </w:t>
      </w:r>
      <w:proofErr w:type="spellStart"/>
      <w:r w:rsidRPr="0083604B">
        <w:rPr>
          <w:sz w:val="20"/>
          <w:szCs w:val="20"/>
        </w:rPr>
        <w:t>Comune</w:t>
      </w:r>
      <w:proofErr w:type="spellEnd"/>
      <w:r w:rsidRPr="0083604B">
        <w:rPr>
          <w:sz w:val="20"/>
          <w:szCs w:val="20"/>
        </w:rPr>
        <w:t xml:space="preserve"> di Trapani</w:t>
      </w:r>
      <w:r w:rsidRPr="0083604B">
        <w:rPr>
          <w:sz w:val="20"/>
          <w:szCs w:val="20"/>
        </w:rPr>
        <w:br/>
        <w:t>gianvito.piccione@comune.trapani.it</w:t>
      </w:r>
    </w:p>
    <w:sectPr w:rsidR="00783183" w:rsidRPr="0083604B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0146135">
    <w:abstractNumId w:val="8"/>
  </w:num>
  <w:num w:numId="2" w16cid:durableId="1167407155">
    <w:abstractNumId w:val="6"/>
  </w:num>
  <w:num w:numId="3" w16cid:durableId="78645198">
    <w:abstractNumId w:val="5"/>
  </w:num>
  <w:num w:numId="4" w16cid:durableId="1623001914">
    <w:abstractNumId w:val="4"/>
  </w:num>
  <w:num w:numId="5" w16cid:durableId="1612973971">
    <w:abstractNumId w:val="7"/>
  </w:num>
  <w:num w:numId="6" w16cid:durableId="507445833">
    <w:abstractNumId w:val="3"/>
  </w:num>
  <w:num w:numId="7" w16cid:durableId="1158233401">
    <w:abstractNumId w:val="2"/>
  </w:num>
  <w:num w:numId="8" w16cid:durableId="345210667">
    <w:abstractNumId w:val="1"/>
  </w:num>
  <w:num w:numId="9" w16cid:durableId="2042322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7294B"/>
    <w:rsid w:val="004834D1"/>
    <w:rsid w:val="0074104C"/>
    <w:rsid w:val="00783183"/>
    <w:rsid w:val="0083604B"/>
    <w:rsid w:val="00AA1D8D"/>
    <w:rsid w:val="00B47730"/>
    <w:rsid w:val="00CB0664"/>
    <w:rsid w:val="00CC59B3"/>
    <w:rsid w:val="00EC4203"/>
    <w:rsid w:val="00FC693F"/>
    <w:rsid w:val="00FD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690A4"/>
  <w14:defaultImageDpi w14:val="300"/>
  <w15:docId w15:val="{E7CEFF06-7AE5-4699-B320-39151FBD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gianvito piccione</cp:lastModifiedBy>
  <cp:revision>4</cp:revision>
  <dcterms:created xsi:type="dcterms:W3CDTF">2026-09-02T06:54:00Z</dcterms:created>
  <dcterms:modified xsi:type="dcterms:W3CDTF">2026-09-07T10:11:00Z</dcterms:modified>
  <cp:category/>
</cp:coreProperties>
</file>